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80" w:line="320" w:lineRule="auto"/>
      </w:pPr>
      <w:r>
        <w:rPr>
          <w:rFonts w:ascii="Arial" w:hAnsi="Arial" w:cs="Arial"/>
          <w:sz w:val="24"/>
          <w:szCs w:val="24"/>
          <w:rtl/>
        </w:rPr>
        <w:t>לכבוד: נציגות הבית המשותף / ועד הבית, [כתובת הבניין], [עיר]</w:t>
      </w:r>
    </w:p>
    <w:p>
      <w:pPr>
        <w:bidi/>
        <w:spacing w:after="80" w:line="320" w:lineRule="auto"/>
      </w:pPr>
      <w:r>
        <w:rPr>
          <w:rFonts w:ascii="Arial" w:hAnsi="Arial" w:cs="Arial"/>
          <w:sz w:val="24"/>
          <w:szCs w:val="24"/>
          <w:rtl/>
        </w:rPr>
        <w:t>מאת: [שם], דירה [מספר דירה]</w:t>
      </w:r>
    </w:p>
    <w:p>
      <w:pPr>
        <w:bidi/>
        <w:spacing w:after="80" w:line="320" w:lineRule="auto"/>
      </w:pPr>
      <w:r>
        <w:rPr>
          <w:rFonts w:ascii="Arial" w:hAnsi="Arial" w:cs="Arial"/>
          <w:sz w:val="24"/>
          <w:szCs w:val="24"/>
          <w:rtl/>
        </w:rPr>
        <w:t>תאריך: [תאריך]</w:t>
      </w:r>
    </w:p>
    <w:p>
      <w:pPr>
        <w:bidi/>
        <w:spacing w:after="80" w:line="320" w:lineRule="auto"/>
      </w:pPr>
      <w:r>
        <w:rPr>
          <w:rFonts w:ascii="Arial" w:hAnsi="Arial" w:cs="Arial"/>
          <w:sz w:val="24"/>
          <w:szCs w:val="24"/>
          <w:rtl/>
        </w:rPr>
      </w:r>
    </w:p>
    <w:p>
      <w:pPr>
        <w:bidi/>
        <w:spacing w:after="240" w:line="320" w:lineRule="auto"/>
      </w:pPr>
      <w:r>
        <w:rPr>
          <w:rFonts w:ascii="Arial" w:hAnsi="Arial" w:cs="Arial"/>
          <w:b/>
          <w:bCs/>
          <w:sz w:val="26"/>
          <w:szCs w:val="26"/>
          <w:rtl/>
        </w:rPr>
        <w:t>הנדון: הודעה מוקדמת בכתב על התקנת עמדת טעינה לרכב חשמלי</w:t>
      </w:r>
    </w:p>
    <w:p>
      <w:pPr>
        <w:bidi/>
        <w:spacing w:after="200" w:line="320" w:lineRule="auto"/>
      </w:pPr>
      <w:r>
        <w:rPr>
          <w:rFonts w:ascii="Arial" w:hAnsi="Arial" w:cs="Arial"/>
          <w:sz w:val="24"/>
          <w:szCs w:val="24"/>
          <w:rtl/>
        </w:rPr>
        <w:t>בהתאם להחלטת המפקחת על רישום מקרקעין בתל אביב-יפו בתיק 639-21, הריני להודיע כי בכוונתי להתקין עמדת טעינה לרכב חשמלי בחניה הצמודה לדירתי, הרשומה על שמי בנסח הטאבו, חניה מספר [מספר חניה].</w:t>
      </w:r>
    </w:p>
    <w:p>
      <w:pPr>
        <w:bidi/>
        <w:spacing w:after="200" w:line="320" w:lineRule="auto"/>
      </w:pPr>
      <w:r>
        <w:rPr>
          <w:rFonts w:ascii="Arial" w:hAnsi="Arial" w:cs="Arial"/>
          <w:sz w:val="24"/>
          <w:szCs w:val="24"/>
          <w:rtl/>
        </w:rPr>
        <w:t>מיקום ההתקנה: [תיאור מיקום מדויק, למשל: על הקיר בקצה חניה מספר [מספר חניה], בסמוך ללוח החשמל הפרטי של הדירה].</w:t>
      </w:r>
    </w:p>
    <w:p>
      <w:pPr>
        <w:bidi/>
        <w:spacing w:after="200" w:line="320" w:lineRule="auto"/>
      </w:pPr>
      <w:r>
        <w:rPr>
          <w:rFonts w:ascii="Arial" w:hAnsi="Arial" w:cs="Arial"/>
          <w:sz w:val="24"/>
          <w:szCs w:val="24"/>
          <w:rtl/>
        </w:rPr>
        <w:t>תשתית ומקור חשמל: העמדה תחובר למונה הפרטי של דירתי בלבד, ולא לחשמל המשותף של הבניין. ההתקנה תבוצע על ידי חשמלאי מוסמך, [שם החשמלאי או מספר הרישיון], בהתאם לתקנות החשמל התקפות.</w:t>
      </w:r>
    </w:p>
    <w:p>
      <w:pPr>
        <w:bidi/>
        <w:spacing w:after="200" w:line="320" w:lineRule="auto"/>
      </w:pPr>
      <w:r>
        <w:rPr>
          <w:rFonts w:ascii="Arial" w:hAnsi="Arial" w:cs="Arial"/>
          <w:sz w:val="24"/>
          <w:szCs w:val="24"/>
          <w:rtl/>
        </w:rPr>
        <w:t>השלכות צפויות על הרכוש המשותף: [תיאור, למשל: אין צורך בחציבה בקיר משותף, או: תידרש חציבה קצרה בקיר החניה בלבד], והעבודה תבוצע תוך שמירה על ניקיון ותקינות השטח המשותף.</w:t>
      </w:r>
    </w:p>
    <w:p>
      <w:pPr>
        <w:bidi/>
        <w:spacing w:after="200" w:line="320" w:lineRule="auto"/>
      </w:pPr>
      <w:r>
        <w:rPr>
          <w:rFonts w:ascii="Arial" w:hAnsi="Arial" w:cs="Arial"/>
          <w:sz w:val="24"/>
          <w:szCs w:val="24"/>
          <w:rtl/>
        </w:rPr>
        <w:t>מצורפים למכתב זה: נסח טאבו עדכני, תוכנית חיבור חשמל מהחשמלאי, ואישור חשמלאי מוסמך.</w:t>
      </w:r>
    </w:p>
    <w:p>
      <w:pPr>
        <w:bidi/>
        <w:spacing w:after="200" w:line="320" w:lineRule="auto"/>
      </w:pPr>
      <w:r>
        <w:rPr>
          <w:rFonts w:ascii="Arial" w:hAnsi="Arial" w:cs="Arial"/>
          <w:sz w:val="24"/>
          <w:szCs w:val="24"/>
          <w:rtl/>
        </w:rPr>
        <w:t>בהתאם לפסיקת המפקחת, הודעה זו נמסרת לפחות 45 יום לפני מועד ההתקנה המתוכנן, שהוא [תאריך מתוכנן].</w:t>
      </w:r>
    </w:p>
    <w:p>
      <w:pPr>
        <w:bidi/>
        <w:spacing w:after="200" w:line="320" w:lineRule="auto"/>
      </w:pPr>
      <w:r>
        <w:rPr>
          <w:rFonts w:ascii="Arial" w:hAnsi="Arial" w:cs="Arial"/>
          <w:sz w:val="24"/>
          <w:szCs w:val="24"/>
          <w:rtl/>
        </w:rPr>
      </w:r>
    </w:p>
    <w:p>
      <w:pPr>
        <w:bidi/>
        <w:spacing w:after="160" w:line="320" w:lineRule="auto"/>
      </w:pPr>
      <w:r>
        <w:rPr>
          <w:rFonts w:ascii="Arial" w:hAnsi="Arial" w:cs="Arial"/>
          <w:sz w:val="24"/>
          <w:szCs w:val="24"/>
          <w:rtl/>
        </w:rPr>
        <w:t>בכבוד רב, [שם], [טלפון], [דוא"ל]</w:t>
      </w:r>
    </w:p>
    <w:p>
      <w:pPr>
        <w:bidi/>
        <w:spacing w:after="320" w:line="320" w:lineRule="auto"/>
      </w:pPr>
      <w:r>
        <w:rPr>
          <w:rFonts w:ascii="Arial" w:hAnsi="Arial" w:cs="Arial"/>
          <w:sz w:val="24"/>
          <w:szCs w:val="24"/>
          <w:rtl/>
        </w:rPr>
      </w:r>
    </w:p>
    <w:p>
      <w:pPr>
        <w:bidi/>
        <w:spacing w:after="120" w:line="320" w:lineRule="auto"/>
      </w:pPr>
      <w:r>
        <w:rPr>
          <w:rFonts w:ascii="Arial" w:hAnsi="Arial" w:cs="Arial"/>
          <w:color w:val="5B645F"/>
          <w:sz w:val="20"/>
          <w:szCs w:val="20"/>
          <w:rtl/>
        </w:rPr>
        <w:t>הערות לשימוש בתבנית (למחוק לפני השליחה):</w:t>
      </w:r>
    </w:p>
    <w:p>
      <w:pPr>
        <w:bidi/>
        <w:spacing w:after="120" w:line="320" w:lineRule="auto"/>
      </w:pPr>
      <w:r>
        <w:rPr>
          <w:rFonts w:ascii="Arial" w:hAnsi="Arial" w:cs="Arial"/>
          <w:color w:val="5B645F"/>
          <w:sz w:val="20"/>
          <w:szCs w:val="20"/>
          <w:rtl/>
        </w:rPr>
        <w:t>1. ממלאים את כל השדות שבסוגריים המרובעים. 2. מוסרים את המכתב לנציגות הבית ולבעלי הדירות לפחות 45 ימים לפני ההתקנה, ושומרים אישור מסירה עם תאריך. 3. מצרפים נסח טאבו עדכני, תוכנית חיבור מהחשמלאי ואישור חשמלאי מוסמך.</w:t>
      </w:r>
    </w:p>
    <w:p>
      <w:pPr>
        <w:bidi/>
        <w:spacing w:after="120" w:line="320" w:lineRule="auto"/>
      </w:pPr>
      <w:r>
        <w:rPr>
          <w:rFonts w:ascii="Arial" w:hAnsi="Arial" w:cs="Arial"/>
          <w:color w:val="5B645F"/>
          <w:sz w:val="20"/>
          <w:szCs w:val="20"/>
          <w:rtl/>
        </w:rPr>
        <w:t>התבנית מתאימה לחניה שרשומה כצמודה לדירה, כשהעמדה מחוברת למונה הפרטי. אם החניה היא רכוש משותף, או שהעמדה תחובר לחשמל המשותף של הבניין, ייתכן שנדרשת הסכמה של בעלי הדירות ולא רק הודעה.</w:t>
      </w:r>
    </w:p>
    <w:p>
      <w:pPr>
        <w:bidi/>
        <w:spacing w:after="120" w:line="320" w:lineRule="auto"/>
      </w:pPr>
      <w:r>
        <w:rPr>
          <w:rFonts w:ascii="Arial" w:hAnsi="Arial" w:cs="Arial"/>
          <w:color w:val="5B645F"/>
          <w:sz w:val="20"/>
          <w:szCs w:val="20"/>
          <w:rtl/>
        </w:rPr>
        <w:t>תבנית כללית מאתר עמדת טעינה (emdatteina.co.il), עודכנה ב-4.10.2026. אינה ייעוץ משפטי. המדריך המלא והמקורות: https://emdatteina.co.il/guides/michtav-lavaad-emdat-teina.html</w:t>
      </w:r>
    </w:p>
    <w:sectPr w:rsidR="00FC693F" w:rsidRPr="0006063C"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מכתב הודעה לוועד הבית על התקנת עמדת טעינה לרכב חשמלי</dc:title>
  <dc:subject/>
  <dc:creator>עמדת טעינה</dc:creator>
  <cp:keywords/>
  <dc:description>generated by python-docx</dc:description>
  <cp:lastModifiedBy/>
  <cp:revision>1</cp:revision>
  <dcterms:created xsi:type="dcterms:W3CDTF">2013-12-23T23:15:00Z</dcterms:created>
  <dcterms:modified xsi:type="dcterms:W3CDTF">2013-12-23T23:15:00Z</dcterms:modified>
  <cp:category/>
  <dc:language>he-IL</dc:language>
</cp:coreProperties>
</file>